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🎓 ספרות לבגרות 8281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יצירות הספרות לבגרות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רשימת היצירות הנלמדות לבגרות בספרות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לשייך כל יצירה ליוצר/ת שלה ולסוגה הספרותית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אילו מרכיבי ניתוח נלמדים בכל יצירה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מי כתב את היצירה?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ש״י עגנון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יהושע קנז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בית בובות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שירה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א – נובלה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התאמת יצירה ליוצר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(אנטון צ׳כוב)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ו (ש״י עגנון)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(רבי יהודה הלוי)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(הנריק איבסן)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ד (ח״נ ביאליק)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 – ה (יהושע קנז)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היצירה מופיעה עם קטעים באתר, ללא הגבלת זכויות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את "מדירה לדירה" קוראים במקראה הכיתתית, לא כקטעים באתר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"בית בובות" הוא יצירה מהסוגה דרמה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כך נכתב במפורש בתחתית עמוד היצירות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מוזכרת משימת השוואה בין "מדירה לדירה" ל"התיק השחור"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השלמת מילה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צ׳כוב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שירה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נובלה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מספר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קנז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שאלות קצרות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יצירה בנחלת הכלל אפשר לקרוא כקטעים ישירות באתר, ואילו יצירה במקראה הכיתתית קוראים אותה מתוך ספר הלימוד בכיתה.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בודקים את המשמעות הגלויה (הפשוטה) ואת המשמעות הסמויה (העמוקה יותר) של הכותרת.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יש לבדוק שהתלמיד/ה מזכיר/ה נקודת דמיון סבירה בין שתי היצירות, כגון עולם יהודי-ישראלי, דמות יוצאת דופן או מתח בין יחיד לחברה, ומנמק/ת בקצרה.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שש יצירות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בית בובות – דרמה; ליבי במזרח – שירה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השוואה בין עגנון (מדירה לדירה) לקנז (התיק השחור)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להקרין את רשימת היצירות ולבקש מהתלמידים למיין אותן לפי סוגה לפני מילוי הדף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להדגיש את ההבדל בין יצירות נחלת הכלל ליצירות שבמקראה הכיתתית לפני תחילת התרגול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בחלק הפתוח מומלץ לאפשר דיון קצר בזוגות לפני הכתיבה האישית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🎓 ספרות לבגרות 8281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יצירות הספרות לבגרות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באתר יש שישה סיפורים ושירים שלומדים לבגרות. לכל יצירה יש מידע על מי כתב אותה, על מה היא מדברת ואיך היא בנויה. נתרגל להכיר אותן.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נחלת הכלל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יצירה שאפשר לקרוא אותה בחופשיות, בלי זכויות יוצרים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מקראה כיתתית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ספר לימוד שממנו קוראים את היצירה בכיתה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סוגה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סוג היצירה הספרותית, למשל סיפור קצר, שירה או דרמה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משמעות גלויה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ההסבר הפשוט והישיר של כותרת היצירה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משמעות סמויה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פירוש עמוק יותר של הכותרת, שמתגלה רק אחרי קריאה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נקודת תצפית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 מספר את הסיפור ומאיזה מקום הוא רואה את האירועים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מבנה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האופן שבו היצירה מחולקת לחלקים ומאורגנת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סמל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פרט ביצירה שמייצג רעיון נוסף מעבר למשמעות הפשוטה שלו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מי כתב את היצירה?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מי כתב את "מדירה לדירה"?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ש״י עגנון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אנטון צ׳כוב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רבי יהודה הלוי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ח״נ ביאליק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מי כתב את "התיק השחור"?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יהושע קנז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הנריק איבסן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אנטון צ׳כוב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ש״י עגנון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איזו יצירה נכתבה כמחזה?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יגון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בית בובות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מאחורי הגדר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התיק השחור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"ליבי במזרח" הוא סיפור, שיר, מחזה או נובלה?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סיפור קצר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שירה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דרמה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נובלה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איזה סוג יצירה היא "מאחורי הגדר"?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נובלה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שירה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דרמה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סיפור קצר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התאמת יצירה ליוצר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יגון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רבי יהודה הלוי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מדירה לדירה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אנטון צ׳כוב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ליבי במזרח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הנריק איבסן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בית בובות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ח״נ ביאליק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מאחורי הגדר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יהושע קנז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6. התיק השחור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ו. ש״י עגנון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"יגון" היא יצירה שמופיעה באתר כנחלת הכלל.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"מדירה לדירה" מופיעה באתר כקטעים מלאים, בדומה ל"יגון".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"בית בובות" הוא סיפור קצר.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יצירות של כותבים וכותבות שעדיין בחיים אינן כלולות באתר.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קיימת באתר משימת השוואה בין עגנון לקנז.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השלמת מילה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"יגון" נכתבה בידי הסופר הרוסי 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"ליבי במזרח" שייכת לסוגת ה__________.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"מאחורי הגדר" שייכת לסוגת ה__________.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לכל יצירה באתר מוצגים גם סמלים וגם __________ ונקודת תצפית.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משימת ההשוואה המיוחדת באתר עוסקת ביצירות של עגנון ו__________.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שאלות קצרות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ההבדל בין יצירה שמוצגת כ"נחלת הכלל" לבין יצירה שקוראים אותה "במקראה הכיתתית"?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אילו שני סוגי משמעות בודקים עבור כותרת כל יצירה?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פסקה קצרה: לדעתכם מדוע כדאי להשוות בין "מדירה לדירה" ל"התיק השחור"? הציעו לפחות נקודת דמיון אחת בין היצירות (למשל נושא, מקום או דמות).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כמה יצירות מוצגות בעמוד היצירות באתר?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ציינו יצירה אחת שהיא דרמה ויצירה אחת שהיא שירה.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מהי משימת ההשוואה המיוחדת המופיעה באתר, ובין אילו יוצרים?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יצירות הספרות לבגרות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